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81F106" w14:textId="77777777" w:rsidR="000A3CCE" w:rsidRPr="00A90AE5" w:rsidRDefault="00000000" w:rsidP="00870B05">
      <w:pPr>
        <w:pStyle w:val="Nagwek1"/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A90AE5">
        <w:rPr>
          <w:rFonts w:ascii="Calibri Light" w:hAnsi="Calibri Light" w:cs="Calibri Light"/>
          <w:color w:val="000000" w:themeColor="text1"/>
          <w:lang w:val="pl-PL"/>
        </w:rPr>
        <w:t>Informacja o Inspektorze Ochrony Danych</w:t>
      </w:r>
    </w:p>
    <w:p w14:paraId="650814F8" w14:textId="280F0C4B" w:rsidR="000A3CCE" w:rsidRPr="00A90AE5" w:rsidRDefault="00000000" w:rsidP="00870B05">
      <w:pPr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A90AE5">
        <w:rPr>
          <w:rFonts w:ascii="Calibri Light" w:hAnsi="Calibri Light" w:cs="Calibri Light"/>
          <w:color w:val="000000" w:themeColor="text1"/>
          <w:lang w:val="pl-PL"/>
        </w:rPr>
        <w:t>Inspektorem Ochrony Danych w</w:t>
      </w:r>
      <w:r w:rsidRPr="00A90AE5">
        <w:rPr>
          <w:rFonts w:ascii="Calibri Light" w:hAnsi="Calibri Light" w:cs="Calibri Light"/>
          <w:color w:val="000000" w:themeColor="text1"/>
          <w:lang w:val="pl-PL"/>
        </w:rPr>
        <w:br/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t>Zespole Szkoln</w:t>
      </w:r>
      <w:r w:rsidR="00A90AE5">
        <w:rPr>
          <w:rFonts w:ascii="Calibri Light" w:hAnsi="Calibri Light" w:cs="Calibri Light"/>
          <w:color w:val="000000" w:themeColor="text1"/>
          <w:lang w:val="pl-PL"/>
        </w:rPr>
        <w:t>o</w:t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t>-Przedszk</w:t>
      </w:r>
      <w:r w:rsidR="00A90AE5">
        <w:rPr>
          <w:rFonts w:ascii="Calibri Light" w:hAnsi="Calibri Light" w:cs="Calibri Light"/>
          <w:color w:val="000000" w:themeColor="text1"/>
          <w:lang w:val="pl-PL"/>
        </w:rPr>
        <w:t xml:space="preserve">olnym Goniembicach </w:t>
      </w:r>
      <w:r w:rsidRPr="00A90AE5">
        <w:rPr>
          <w:rFonts w:ascii="Calibri Light" w:hAnsi="Calibri Light" w:cs="Calibri Light"/>
          <w:color w:val="000000" w:themeColor="text1"/>
          <w:lang w:val="pl-PL"/>
        </w:rPr>
        <w:br/>
        <w:t>jest Pani Natalia Wielowiejska.</w:t>
      </w:r>
    </w:p>
    <w:p w14:paraId="02196B3A" w14:textId="77777777" w:rsidR="000A3CCE" w:rsidRPr="00870B05" w:rsidRDefault="00000000">
      <w:pPr>
        <w:rPr>
          <w:rFonts w:ascii="Calibri Light" w:hAnsi="Calibri Light" w:cs="Calibri Light"/>
          <w:color w:val="000000" w:themeColor="text1"/>
        </w:rPr>
      </w:pPr>
      <w:r w:rsidRPr="00870B05">
        <w:rPr>
          <w:rFonts w:ascii="Segoe UI Emoji" w:hAnsi="Segoe UI Emoji" w:cs="Segoe UI Emoji"/>
          <w:color w:val="000000" w:themeColor="text1"/>
        </w:rPr>
        <w:t>📧</w:t>
      </w:r>
      <w:r w:rsidRPr="00870B05">
        <w:rPr>
          <w:rFonts w:ascii="Calibri Light" w:hAnsi="Calibri Light" w:cs="Calibri Light"/>
          <w:color w:val="000000" w:themeColor="text1"/>
        </w:rPr>
        <w:t xml:space="preserve"> e-mail: kontakt@rodo-leszno.com.pl</w:t>
      </w:r>
    </w:p>
    <w:p w14:paraId="24335096" w14:textId="77777777" w:rsidR="000A3CCE" w:rsidRPr="00A90AE5" w:rsidRDefault="00000000">
      <w:pPr>
        <w:rPr>
          <w:rFonts w:ascii="Calibri Light" w:hAnsi="Calibri Light" w:cs="Calibri Light"/>
          <w:color w:val="000000" w:themeColor="text1"/>
          <w:lang w:val="pl-PL"/>
        </w:rPr>
      </w:pPr>
      <w:r w:rsidRPr="00870B05">
        <w:rPr>
          <w:rFonts w:ascii="Segoe UI Emoji" w:hAnsi="Segoe UI Emoji" w:cs="Segoe UI Emoji"/>
          <w:color w:val="000000" w:themeColor="text1"/>
        </w:rPr>
        <w:t>📞</w:t>
      </w:r>
      <w:r w:rsidRPr="00A90AE5">
        <w:rPr>
          <w:rFonts w:ascii="Calibri Light" w:hAnsi="Calibri Light" w:cs="Calibri Light"/>
          <w:color w:val="000000" w:themeColor="text1"/>
          <w:lang w:val="pl-PL"/>
        </w:rPr>
        <w:t xml:space="preserve"> tel.: 783 479 791</w:t>
      </w:r>
    </w:p>
    <w:p w14:paraId="5FA74D07" w14:textId="6C04C372" w:rsidR="000A3CCE" w:rsidRPr="00A90AE5" w:rsidRDefault="00000000">
      <w:pPr>
        <w:rPr>
          <w:rFonts w:ascii="Calibri Light" w:hAnsi="Calibri Light" w:cs="Calibri Light"/>
          <w:color w:val="000000" w:themeColor="text1"/>
          <w:lang w:val="pl-PL"/>
        </w:rPr>
      </w:pPr>
      <w:r w:rsidRPr="00870B05">
        <w:rPr>
          <w:rFonts w:ascii="Segoe UI Emoji" w:hAnsi="Segoe UI Emoji" w:cs="Segoe UI Emoji"/>
          <w:color w:val="000000" w:themeColor="text1"/>
        </w:rPr>
        <w:t>📬</w:t>
      </w:r>
      <w:r w:rsidRPr="00A90AE5">
        <w:rPr>
          <w:rFonts w:ascii="Calibri Light" w:hAnsi="Calibri Light" w:cs="Calibri Light"/>
          <w:color w:val="000000" w:themeColor="text1"/>
          <w:lang w:val="pl-PL"/>
        </w:rPr>
        <w:t xml:space="preserve"> adres do korespondencji: </w:t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t>Zespół Szkoln</w:t>
      </w:r>
      <w:r w:rsidR="00A90AE5">
        <w:rPr>
          <w:rFonts w:ascii="Calibri Light" w:hAnsi="Calibri Light" w:cs="Calibri Light"/>
          <w:color w:val="000000" w:themeColor="text1"/>
          <w:lang w:val="pl-PL"/>
        </w:rPr>
        <w:t>o-</w:t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t xml:space="preserve">Przedszkolny </w:t>
      </w:r>
      <w:r w:rsidR="00A90AE5">
        <w:rPr>
          <w:rFonts w:ascii="Calibri Light" w:hAnsi="Calibri Light" w:cs="Calibri Light"/>
          <w:color w:val="000000" w:themeColor="text1"/>
          <w:lang w:val="pl-PL"/>
        </w:rPr>
        <w:t>w Goniembicach</w:t>
      </w:r>
      <w:r w:rsidRPr="00A90AE5">
        <w:rPr>
          <w:rFonts w:ascii="Calibri Light" w:hAnsi="Calibri Light" w:cs="Calibri Light"/>
          <w:color w:val="000000" w:themeColor="text1"/>
          <w:lang w:val="pl-PL"/>
        </w:rPr>
        <w:t>,</w:t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br/>
      </w:r>
      <w:r w:rsidRPr="00A90AE5">
        <w:rPr>
          <w:rFonts w:ascii="Calibri Light" w:hAnsi="Calibri Light" w:cs="Calibri Light"/>
          <w:color w:val="000000" w:themeColor="text1"/>
          <w:lang w:val="pl-PL"/>
        </w:rPr>
        <w:t xml:space="preserve"> </w:t>
      </w:r>
      <w:r w:rsidR="00A90AE5">
        <w:rPr>
          <w:rFonts w:ascii="Calibri Light" w:hAnsi="Calibri Light" w:cs="Calibri Light"/>
          <w:color w:val="000000" w:themeColor="text1"/>
          <w:lang w:val="pl-PL"/>
        </w:rPr>
        <w:t>Goniembice 30</w:t>
      </w:r>
      <w:r w:rsidR="00870B05" w:rsidRPr="00A90AE5">
        <w:rPr>
          <w:rFonts w:ascii="Calibri Light" w:hAnsi="Calibri Light" w:cs="Calibri Light"/>
          <w:color w:val="000000" w:themeColor="text1"/>
          <w:lang w:val="pl-PL"/>
        </w:rPr>
        <w:t>, 6</w:t>
      </w:r>
      <w:r w:rsidR="00A90AE5">
        <w:rPr>
          <w:rFonts w:ascii="Calibri Light" w:hAnsi="Calibri Light" w:cs="Calibri Light"/>
          <w:color w:val="000000" w:themeColor="text1"/>
          <w:lang w:val="pl-PL"/>
        </w:rPr>
        <w:t>4-111 Lipno</w:t>
      </w:r>
      <w:r w:rsidRPr="00A90AE5">
        <w:rPr>
          <w:rFonts w:ascii="Calibri Light" w:hAnsi="Calibri Light" w:cs="Calibri Light"/>
          <w:color w:val="000000" w:themeColor="text1"/>
          <w:lang w:val="pl-PL"/>
        </w:rPr>
        <w:t>, z dopiskiem „IOD”</w:t>
      </w:r>
    </w:p>
    <w:p w14:paraId="304301C6" w14:textId="77777777" w:rsidR="000A3CCE" w:rsidRDefault="00000000">
      <w:pPr>
        <w:rPr>
          <w:rFonts w:ascii="Calibri Light" w:hAnsi="Calibri Light" w:cs="Calibri Light"/>
          <w:color w:val="000000" w:themeColor="text1"/>
          <w:lang w:val="pl-PL"/>
        </w:rPr>
      </w:pPr>
      <w:r w:rsidRPr="00A90AE5">
        <w:rPr>
          <w:rFonts w:ascii="Calibri Light" w:hAnsi="Calibri Light" w:cs="Calibri Light"/>
          <w:color w:val="000000" w:themeColor="text1"/>
          <w:lang w:val="pl-PL"/>
        </w:rPr>
        <w:br/>
        <w:t>Zgodnie z art. 38 ust. 4 RODO, osoby, których dane dotyczą, mogą kontaktować się z Inspektorem Ochrony Danych we wszystkich sprawach związanych z przetwarzaniem ich danych osobowych oraz z wykonywaniem praw wynikających z przepisów o ochronie danych.</w:t>
      </w:r>
    </w:p>
    <w:p w14:paraId="04C65F43" w14:textId="77777777" w:rsidR="00817E27" w:rsidRDefault="00817E27">
      <w:pPr>
        <w:rPr>
          <w:rFonts w:ascii="Calibri Light" w:hAnsi="Calibri Light" w:cs="Calibri Light"/>
          <w:color w:val="000000" w:themeColor="text1"/>
          <w:lang w:val="pl-PL"/>
        </w:rPr>
      </w:pPr>
    </w:p>
    <w:p w14:paraId="151BC993" w14:textId="77777777" w:rsidR="00817E27" w:rsidRPr="0034047A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lang w:val="pl-PL"/>
        </w:rPr>
        <w:t>KLAUZULA INFORMACYJNA- UCZEŃ I RODZICE</w:t>
      </w:r>
    </w:p>
    <w:p w14:paraId="6610C618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2C8C81AD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1. Administratorem danych osobowych uczniów oraz rodziców/opiekunów prawnych jest: Zespół Szkolno-Przedszkolny</w:t>
      </w:r>
      <w: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 xml:space="preserve"> w Goniembicach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 xml:space="preserve">, </w:t>
      </w:r>
      <w: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Goniembice 30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, 6</w:t>
      </w:r>
      <w: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4-111 Lipno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 xml:space="preserve">, adres e-mail: </w:t>
      </w:r>
      <w:hyperlink r:id="rId6" w:tgtFrame="_self" w:history="1">
        <w:r w:rsidRPr="0034047A">
          <w:rPr>
            <w:rStyle w:val="Hipercze"/>
            <w:rFonts w:ascii="Calibri Light" w:hAnsi="Calibri Light" w:cs="Calibri Light"/>
            <w:color w:val="auto"/>
            <w:sz w:val="24"/>
            <w:szCs w:val="24"/>
            <w:u w:val="none"/>
            <w:lang w:val="pl-PL"/>
          </w:rPr>
          <w:t>zspgoniembice@lipno.pl</w:t>
        </w:r>
      </w:hyperlink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.</w:t>
      </w:r>
    </w:p>
    <w:p w14:paraId="2557A676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2. Kontakt z Inspektorem Ochrony Danych możliwy jest w sposób: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br/>
        <w:t>- elektroniczny, na adres e-mail: kontakt@rodo-leszno.com.pl;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br/>
        <w:t>- telefoniczny: 783 479 791.</w:t>
      </w:r>
    </w:p>
    <w:p w14:paraId="2E99C3D3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3. Dane osobowe przetwarzane są w celu realizacji obowiązków wynikających z przepisów prawa oświatowego, prowadzenia dokumentacji przebiegu nauczania, działalności wychowawczej i opiekuńczej, zapewnienia bezpieczeństwa uczniów oraz organizacji wydarzeń szkolnych.</w:t>
      </w:r>
    </w:p>
    <w:p w14:paraId="5BFA5004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 xml:space="preserve">4. Podstawą prawną przetwarzania danych są: art. 6 ust. 1 lit. c i e RODO, art. 9 ust. 2 lit. g RODO, ustawa Prawo oświatowe oraz inne przepisy szczególne regulujące </w:t>
      </w: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lastRenderedPageBreak/>
        <w:t>funkcjonowanie oświaty. W niektórych przypadkach podstawą przetwarzania danych jest zgoda (np. publikacja wizerunku ucznia).</w:t>
      </w:r>
    </w:p>
    <w:p w14:paraId="2CDC858B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5. Dane osobowe mogą być udostępniane organom administracji publicznej oraz innym instytucjom uprawnionym na podstawie przepisów prawa (np. Ministerstwo Edukacji i Nauki, sąd rodzinny), a także podmiotom przetwarzającym dane na podstawie umów powierzenia (np. dostawcy usług IT, dziennik elektroniczny).</w:t>
      </w:r>
    </w:p>
    <w:p w14:paraId="22FBE20A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6. Dane osobowe uczniów i rodziców/opiekunów prawnych są przetwarzane przez okres wynikający z Jednolitego Rzeczowego Wykazu Akt (JRWA) oraz innych przepisów archiwalnych obowiązujących w oświacie.</w:t>
      </w:r>
    </w:p>
    <w:p w14:paraId="341B6A7B" w14:textId="77777777" w:rsidR="00817E27" w:rsidRPr="0034047A" w:rsidRDefault="00817E27" w:rsidP="00817E27">
      <w:pPr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7. Rodzice lub opiekunowie prawni posiadają prawo do: dostępu do danych osobowych, ich sprostowania, usunięcia, ograniczenia przetwarzania, przenoszenia danych, wniesienia sprzeciwu, cofnięcia zgody (jeżeli była podstawą przetwarzania) oraz wniesienia skargi do Prezesa UODO.</w:t>
      </w:r>
    </w:p>
    <w:p w14:paraId="690F9032" w14:textId="3D15330D" w:rsidR="00817E27" w:rsidRDefault="00817E27">
      <w:pPr>
        <w:rPr>
          <w:sz w:val="24"/>
          <w:szCs w:val="24"/>
          <w:lang w:val="pl-PL"/>
        </w:rPr>
      </w:pPr>
      <w:r w:rsidRPr="0034047A">
        <w:rPr>
          <w:rFonts w:ascii="Calibri Light" w:hAnsi="Calibri Light" w:cs="Calibri Light"/>
          <w:color w:val="000000" w:themeColor="text1"/>
          <w:sz w:val="24"/>
          <w:szCs w:val="24"/>
          <w:lang w:val="pl-PL"/>
        </w:rPr>
        <w:t>8. Dane osobowe przetwarzane przez szkołę nie podlegają profilowaniu ani zautomatyzowanemu podejmowaniu decyzji wywołujących skutki prawne</w:t>
      </w:r>
      <w:r w:rsidRPr="0034047A">
        <w:rPr>
          <w:sz w:val="24"/>
          <w:szCs w:val="24"/>
          <w:lang w:val="pl-PL"/>
        </w:rPr>
        <w:t>.</w:t>
      </w:r>
    </w:p>
    <w:p w14:paraId="0D46098E" w14:textId="77777777" w:rsidR="00817E27" w:rsidRDefault="00817E27">
      <w:pPr>
        <w:rPr>
          <w:sz w:val="24"/>
          <w:szCs w:val="24"/>
          <w:lang w:val="pl-PL"/>
        </w:rPr>
      </w:pPr>
    </w:p>
    <w:p w14:paraId="27872CEC" w14:textId="77777777" w:rsidR="00817E27" w:rsidRPr="00216C14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sz w:val="22"/>
          <w:szCs w:val="22"/>
          <w:lang w:val="pl-PL"/>
        </w:rPr>
      </w:pPr>
      <w:r w:rsidRPr="00216C14">
        <w:rPr>
          <w:rFonts w:ascii="Calibri Light" w:hAnsi="Calibri Light" w:cs="Calibri Light"/>
          <w:color w:val="000000" w:themeColor="text1"/>
          <w:sz w:val="22"/>
          <w:szCs w:val="22"/>
          <w:lang w:val="pl-PL"/>
        </w:rPr>
        <w:t>KLAUZULA INFORMACYJNA- UŻYTKOWNICY STRONY INTERNETOWEJ</w:t>
      </w:r>
    </w:p>
    <w:p w14:paraId="07D33094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4BFB653F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 xml:space="preserve">1. Administratorem danych osobowych użytkowników strony internetowej jest: Zespół Szkolno-Przedszkolny w Goniembicach, </w:t>
      </w:r>
      <w:r>
        <w:rPr>
          <w:rFonts w:ascii="Calibri Light" w:hAnsi="Calibri Light" w:cs="Calibri Light"/>
          <w:lang w:val="pl-PL"/>
        </w:rPr>
        <w:t>Goniembice 30</w:t>
      </w:r>
      <w:r w:rsidRPr="00216C14">
        <w:rPr>
          <w:rFonts w:ascii="Calibri Light" w:hAnsi="Calibri Light" w:cs="Calibri Light"/>
          <w:lang w:val="pl-PL"/>
        </w:rPr>
        <w:t>, 6</w:t>
      </w:r>
      <w:r>
        <w:rPr>
          <w:rFonts w:ascii="Calibri Light" w:hAnsi="Calibri Light" w:cs="Calibri Light"/>
          <w:lang w:val="pl-PL"/>
        </w:rPr>
        <w:t>4-111 Lipno</w:t>
      </w:r>
      <w:r w:rsidRPr="00216C14">
        <w:rPr>
          <w:rFonts w:ascii="Calibri Light" w:hAnsi="Calibri Light" w:cs="Calibri Light"/>
          <w:lang w:val="pl-PL"/>
        </w:rPr>
        <w:t xml:space="preserve">, adres e-mail: </w:t>
      </w:r>
      <w:hyperlink r:id="rId7" w:tgtFrame="_self" w:history="1">
        <w:r w:rsidRPr="00216C14">
          <w:rPr>
            <w:rStyle w:val="Hipercze"/>
            <w:rFonts w:ascii="Calibri Light" w:hAnsi="Calibri Light" w:cs="Calibri Light"/>
            <w:color w:val="auto"/>
            <w:u w:val="none"/>
            <w:lang w:val="pl-PL"/>
          </w:rPr>
          <w:t>zspgoniembice@lipno.pl</w:t>
        </w:r>
      </w:hyperlink>
      <w:r w:rsidRPr="00216C14">
        <w:rPr>
          <w:rFonts w:ascii="Calibri Light" w:hAnsi="Calibri Light" w:cs="Calibri Light"/>
          <w:lang w:val="pl-PL"/>
        </w:rPr>
        <w:t>.</w:t>
      </w:r>
    </w:p>
    <w:p w14:paraId="066806AB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2. Kontakt z Inspektorem Ochrony Danych: kontakt@rodo-leszno.com.pl, tel. 783 479 791.</w:t>
      </w:r>
    </w:p>
    <w:p w14:paraId="5FD48D5C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 xml:space="preserve">3. Podczas korzystania ze strony internetowej mogą być zbierane dane osobowe użytkowników, takie jak adres IP, dane o używanej przeglądarce, systemie operacyjnym czy plikach </w:t>
      </w:r>
      <w:proofErr w:type="spellStart"/>
      <w:r w:rsidRPr="00216C14">
        <w:rPr>
          <w:rFonts w:ascii="Calibri Light" w:hAnsi="Calibri Light" w:cs="Calibri Light"/>
          <w:lang w:val="pl-PL"/>
        </w:rPr>
        <w:t>cookies</w:t>
      </w:r>
      <w:proofErr w:type="spellEnd"/>
      <w:r w:rsidRPr="00216C14">
        <w:rPr>
          <w:rFonts w:ascii="Calibri Light" w:hAnsi="Calibri Light" w:cs="Calibri Light"/>
          <w:lang w:val="pl-PL"/>
        </w:rPr>
        <w:t>, w celu zapewnienia prawidłowego działania strony, bezpieczeństwa oraz prowadzenia statystyk odwiedzin.</w:t>
      </w:r>
    </w:p>
    <w:p w14:paraId="783FE7F2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4. Podstawą prawną przetwarzania danych jest art. 6 ust. 1 lit. f RODO – prawnie uzasadniony interes administratora polegający na prowadzeniu i administrowaniu stroną internetową.</w:t>
      </w:r>
    </w:p>
    <w:p w14:paraId="46B233D6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5. Dane mogą być udostępniane podmiotom świadczącym usługi hostingowe, informatyczne oraz organom publicznym uprawnionym na podstawie przepisów prawa.</w:t>
      </w:r>
    </w:p>
    <w:p w14:paraId="3D7B7B6C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lastRenderedPageBreak/>
        <w:t xml:space="preserve">6. Dane osobowe przechowywane są przez okres niezbędny do realizacji celów, dla których zostały zebrane, a w przypadku plików </w:t>
      </w:r>
      <w:proofErr w:type="spellStart"/>
      <w:r w:rsidRPr="00216C14">
        <w:rPr>
          <w:rFonts w:ascii="Calibri Light" w:hAnsi="Calibri Light" w:cs="Calibri Light"/>
          <w:lang w:val="pl-PL"/>
        </w:rPr>
        <w:t>cookies</w:t>
      </w:r>
      <w:proofErr w:type="spellEnd"/>
      <w:r w:rsidRPr="00216C14">
        <w:rPr>
          <w:rFonts w:ascii="Calibri Light" w:hAnsi="Calibri Light" w:cs="Calibri Light"/>
          <w:lang w:val="pl-PL"/>
        </w:rPr>
        <w:t xml:space="preserve"> – do czasu ich usunięcia przez użytkownika z przeglądarki.</w:t>
      </w:r>
    </w:p>
    <w:p w14:paraId="453AC08A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7. Użytkownikom przysługuje prawo do: dostępu do swoich danych, sprostowania, usunięcia, ograniczenia przetwarzania, przenoszenia danych, wniesienia sprzeciwu wobec przetwarzania oraz wniesienia skargi do Prezesa Urzędu Ochrony Danych Osobowych.</w:t>
      </w:r>
    </w:p>
    <w:p w14:paraId="79F953F5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 xml:space="preserve">8. Podanie danych jest dobrowolne, jednak brak ich podania (np. brak akceptacji plików </w:t>
      </w:r>
      <w:proofErr w:type="spellStart"/>
      <w:r w:rsidRPr="00216C14">
        <w:rPr>
          <w:rFonts w:ascii="Calibri Light" w:hAnsi="Calibri Light" w:cs="Calibri Light"/>
          <w:lang w:val="pl-PL"/>
        </w:rPr>
        <w:t>cookies</w:t>
      </w:r>
      <w:proofErr w:type="spellEnd"/>
      <w:r w:rsidRPr="00216C14">
        <w:rPr>
          <w:rFonts w:ascii="Calibri Light" w:hAnsi="Calibri Light" w:cs="Calibri Light"/>
          <w:lang w:val="pl-PL"/>
        </w:rPr>
        <w:t>) może ograniczyć funkcjonalność strony.</w:t>
      </w:r>
    </w:p>
    <w:p w14:paraId="6D16D86F" w14:textId="77777777" w:rsidR="00817E27" w:rsidRPr="00216C14" w:rsidRDefault="00817E27" w:rsidP="00817E27">
      <w:pPr>
        <w:rPr>
          <w:rFonts w:ascii="Calibri Light" w:hAnsi="Calibri Light" w:cs="Calibri Light"/>
          <w:lang w:val="pl-PL"/>
        </w:rPr>
      </w:pPr>
      <w:r w:rsidRPr="00216C14">
        <w:rPr>
          <w:rFonts w:ascii="Calibri Light" w:hAnsi="Calibri Light" w:cs="Calibri Light"/>
          <w:lang w:val="pl-PL"/>
        </w:rPr>
        <w:t>9. Dane osobowe nie są przekazywane do państw trzecich ani organizacji międzynarodowych.</w:t>
      </w:r>
    </w:p>
    <w:p w14:paraId="598D9482" w14:textId="111CF736" w:rsidR="00817E27" w:rsidRPr="00817E27" w:rsidRDefault="00817E27">
      <w:pPr>
        <w:rPr>
          <w:lang w:val="pl-PL"/>
        </w:rPr>
      </w:pPr>
      <w:r w:rsidRPr="00216C14">
        <w:rPr>
          <w:rFonts w:ascii="Calibri Light" w:hAnsi="Calibri Light" w:cs="Calibri Light"/>
          <w:lang w:val="pl-PL"/>
        </w:rPr>
        <w:t>10. Dane osobowe nie podlegają profilowaniu ani zautomatyzowanemu podejmowaniu decyzji wywołujących skutki prawne</w:t>
      </w:r>
      <w:r w:rsidRPr="00216C14">
        <w:rPr>
          <w:lang w:val="pl-PL"/>
        </w:rPr>
        <w:t>.</w:t>
      </w:r>
    </w:p>
    <w:p w14:paraId="1D6F4FAC" w14:textId="77777777" w:rsidR="00817E27" w:rsidRPr="00423376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423376">
        <w:rPr>
          <w:rFonts w:ascii="Calibri Light" w:hAnsi="Calibri Light" w:cs="Calibri Light"/>
          <w:color w:val="000000" w:themeColor="text1"/>
          <w:lang w:val="pl-PL"/>
        </w:rPr>
        <w:t>KLAUZULA INFORMACYJNA REKRUTACJA – PRACOWNICY PEDAGOGICZNI</w:t>
      </w:r>
    </w:p>
    <w:p w14:paraId="52503A85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6AE1F3A1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1. Administratorem Pani/Pana danych osobowych jest: Zespół Szkolno-Przedszkolny</w:t>
      </w:r>
      <w:r>
        <w:rPr>
          <w:rFonts w:ascii="Calibri Light" w:hAnsi="Calibri Light" w:cs="Calibri Light"/>
          <w:lang w:val="pl-PL"/>
        </w:rPr>
        <w:t xml:space="preserve"> w Goniembicach</w:t>
      </w:r>
      <w:r w:rsidRPr="00423376">
        <w:rPr>
          <w:rFonts w:ascii="Calibri Light" w:hAnsi="Calibri Light" w:cs="Calibri Light"/>
          <w:lang w:val="pl-PL"/>
        </w:rPr>
        <w:t xml:space="preserve">, </w:t>
      </w:r>
      <w:r>
        <w:rPr>
          <w:rFonts w:ascii="Calibri Light" w:hAnsi="Calibri Light" w:cs="Calibri Light"/>
          <w:lang w:val="pl-PL"/>
        </w:rPr>
        <w:t>Goniembice 30</w:t>
      </w:r>
      <w:r w:rsidRPr="00423376">
        <w:rPr>
          <w:rFonts w:ascii="Calibri Light" w:hAnsi="Calibri Light" w:cs="Calibri Light"/>
          <w:lang w:val="pl-PL"/>
        </w:rPr>
        <w:t>, 6</w:t>
      </w:r>
      <w:r>
        <w:rPr>
          <w:rFonts w:ascii="Calibri Light" w:hAnsi="Calibri Light" w:cs="Calibri Light"/>
          <w:lang w:val="pl-PL"/>
        </w:rPr>
        <w:t>4-111 Lipno</w:t>
      </w:r>
      <w:r w:rsidRPr="00423376">
        <w:rPr>
          <w:rFonts w:ascii="Calibri Light" w:hAnsi="Calibri Light" w:cs="Calibri Light"/>
          <w:lang w:val="pl-PL"/>
        </w:rPr>
        <w:t xml:space="preserve">, adres e-mail: </w:t>
      </w:r>
      <w:hyperlink r:id="rId8" w:tgtFrame="_self" w:history="1">
        <w:r w:rsidRPr="00423376">
          <w:rPr>
            <w:rStyle w:val="Hipercze"/>
            <w:rFonts w:ascii="Calibri Light" w:hAnsi="Calibri Light" w:cs="Calibri Light"/>
            <w:color w:val="auto"/>
            <w:u w:val="none"/>
            <w:lang w:val="pl-PL"/>
          </w:rPr>
          <w:t>zspgoniembice@lipno.pl</w:t>
        </w:r>
      </w:hyperlink>
      <w:r w:rsidRPr="00423376">
        <w:rPr>
          <w:rFonts w:ascii="Calibri Light" w:hAnsi="Calibri Light" w:cs="Calibri Light"/>
          <w:lang w:val="pl-PL"/>
        </w:rPr>
        <w:t>.</w:t>
      </w:r>
    </w:p>
    <w:p w14:paraId="794C563B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2. Kontakt z Inspektorem Ochrony Danych możliwy jest w sposób:</w:t>
      </w:r>
      <w:r w:rsidRPr="00423376">
        <w:rPr>
          <w:rFonts w:ascii="Calibri Light" w:hAnsi="Calibri Light" w:cs="Calibri Light"/>
          <w:lang w:val="pl-PL"/>
        </w:rPr>
        <w:br/>
        <w:t>- elektroniczny, na adres e-mail: kontakt@rodo-leszno.com.pl;</w:t>
      </w:r>
      <w:r w:rsidRPr="00423376">
        <w:rPr>
          <w:rFonts w:ascii="Calibri Light" w:hAnsi="Calibri Light" w:cs="Calibri Light"/>
          <w:lang w:val="pl-PL"/>
        </w:rPr>
        <w:br/>
        <w:t>- telefoniczny: 783 479 791.</w:t>
      </w:r>
    </w:p>
    <w:p w14:paraId="0095011C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3. Pani/Pana dane osobowe będą przetwarzane w celu przeprowadzenia procesu rekrutacji na stanowisko pedagogiczne. Podstawą prawną przetwarzania danych jest art. 6 ust. 1 lit. a i c RODO, w związku z art. 22(1) Kodeksu pracy z dnia 26 czerwca 1974 r., art. 10 ust. 8b Karty Nauczyciela z dnia 26 stycznia 1982 r. oraz art. 21 ust. 1 ustawy z dnia 13 maja 2016 r. o przeciwdziałaniu zagrożeniom przestępczością na tle seksualnym.</w:t>
      </w:r>
    </w:p>
    <w:p w14:paraId="6F584365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4. Dane osobowe będą przechowywane przez okres trwania rekrutacji, a następnie przez okres wymagany przepisami prawa, w szczególności ustawą o narodowym zasobie archiwalnym i archiwach oraz innymi przepisami archiwalnymi.</w:t>
      </w:r>
    </w:p>
    <w:p w14:paraId="281E6AB0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5. Dostęp do Pani/Pana danych będą mieć wyłącznie upoważnieni pracownicy administratora w zakresie niezbędnym do realizacji obowiązków. Dane mogą być również udostępniane organom publicznym uprawnionym na podstawie prawa oraz podmiotom, z którymi zawarto umowy powierzenia przetwarzania danych (np. dostawcom usług IT).</w:t>
      </w:r>
    </w:p>
    <w:p w14:paraId="31EF9DA8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lastRenderedPageBreak/>
        <w:t>6. W związku z przetwarzaniem danych osobowych przysługują Pani/Panu prawa: dostępu do danych, sprostowania, usunięcia, ograniczenia przetwarzania, przenoszenia danych, wniesienia sprzeciwu wobec przetwarzania, cofnięcia zgody (jeżeli była podstawą przetwarzania) oraz wniesienia skargi do Prezesa Urzędu Ochrony Danych Osobowych.</w:t>
      </w:r>
    </w:p>
    <w:p w14:paraId="508006F4" w14:textId="77777777" w:rsidR="00817E27" w:rsidRPr="00423376" w:rsidRDefault="00817E27" w:rsidP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7. Podanie danych osobowych w zakresie wskazanym w art. 22(1) Kodeksu pracy (imię i nazwisko, imiona rodziców, data urodzenia, adres do korespondencji, wykształcenie, przebieg zatrudnienia) jest obowiązkowe. Numer PESEL oraz nazwisko rodowe są wymagane na podstawie Karty Nauczyciela oraz ustawy o przeciwdziałaniu zagrożeniom przestępczością seksualną. Podanie innych danych jest dobrowolne.</w:t>
      </w:r>
    </w:p>
    <w:p w14:paraId="68C9B69B" w14:textId="55FF8DD6" w:rsidR="00817E27" w:rsidRPr="00817E27" w:rsidRDefault="00817E27">
      <w:pPr>
        <w:rPr>
          <w:rFonts w:ascii="Calibri Light" w:hAnsi="Calibri Light" w:cs="Calibri Light"/>
          <w:lang w:val="pl-PL"/>
        </w:rPr>
      </w:pPr>
      <w:r w:rsidRPr="00423376">
        <w:rPr>
          <w:rFonts w:ascii="Calibri Light" w:hAnsi="Calibri Light" w:cs="Calibri Light"/>
          <w:lang w:val="pl-PL"/>
        </w:rPr>
        <w:t>8. Dane osobowe nie podlegają profilowaniu ani zautomatyzowanemu podejmowaniu decyzji wywołujących skutki prawne.</w:t>
      </w:r>
    </w:p>
    <w:p w14:paraId="6F85C719" w14:textId="77777777" w:rsidR="00817E27" w:rsidRPr="000E51AF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sz w:val="22"/>
          <w:szCs w:val="22"/>
          <w:lang w:val="pl-PL"/>
        </w:rPr>
      </w:pPr>
      <w:r w:rsidRPr="000E51AF">
        <w:rPr>
          <w:rFonts w:ascii="Calibri Light" w:hAnsi="Calibri Light" w:cs="Calibri Light"/>
          <w:color w:val="000000" w:themeColor="text1"/>
          <w:sz w:val="22"/>
          <w:szCs w:val="22"/>
          <w:lang w:val="pl-PL"/>
        </w:rPr>
        <w:t>KLAUZULA INFORMACYJNA REKRUTACJA – PRACOWNICY NIEPEDAGOGICZNI</w:t>
      </w:r>
    </w:p>
    <w:p w14:paraId="7A340E8D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3A1F3CD2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 xml:space="preserve">1. Administratorem Pani/Pana danych osobowych jest: Zespół Szkolno-Przedszkolny w Goniembicach, </w:t>
      </w:r>
      <w:r>
        <w:rPr>
          <w:rFonts w:ascii="Calibri Light" w:hAnsi="Calibri Light" w:cs="Calibri Light"/>
          <w:lang w:val="pl-PL"/>
        </w:rPr>
        <w:t>Goniembice 30</w:t>
      </w:r>
      <w:r w:rsidRPr="000E51AF">
        <w:rPr>
          <w:rFonts w:ascii="Calibri Light" w:hAnsi="Calibri Light" w:cs="Calibri Light"/>
          <w:lang w:val="pl-PL"/>
        </w:rPr>
        <w:t>, 6</w:t>
      </w:r>
      <w:r>
        <w:rPr>
          <w:rFonts w:ascii="Calibri Light" w:hAnsi="Calibri Light" w:cs="Calibri Light"/>
          <w:lang w:val="pl-PL"/>
        </w:rPr>
        <w:t>4-111 Lipno</w:t>
      </w:r>
      <w:r w:rsidRPr="000E51AF">
        <w:rPr>
          <w:rFonts w:ascii="Calibri Light" w:hAnsi="Calibri Light" w:cs="Calibri Light"/>
          <w:lang w:val="pl-PL"/>
        </w:rPr>
        <w:t xml:space="preserve">, adres e-mail: </w:t>
      </w:r>
      <w:hyperlink r:id="rId9" w:tgtFrame="_self" w:history="1">
        <w:r w:rsidRPr="000E51AF">
          <w:rPr>
            <w:rStyle w:val="Hipercze"/>
            <w:rFonts w:ascii="Calibri Light" w:hAnsi="Calibri Light" w:cs="Calibri Light"/>
            <w:color w:val="auto"/>
            <w:u w:val="none"/>
            <w:lang w:val="pl-PL"/>
          </w:rPr>
          <w:t>zspgoniembice@lipno.pl</w:t>
        </w:r>
      </w:hyperlink>
      <w:r w:rsidRPr="000E51AF">
        <w:rPr>
          <w:rFonts w:ascii="Calibri Light" w:hAnsi="Calibri Light" w:cs="Calibri Light"/>
          <w:lang w:val="pl-PL"/>
        </w:rPr>
        <w:t>.</w:t>
      </w:r>
    </w:p>
    <w:p w14:paraId="5B6D1908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2. Kontakt z Inspektorem Ochrony Danych możliwy jest w sposób:</w:t>
      </w:r>
      <w:r w:rsidRPr="000E51AF">
        <w:rPr>
          <w:rFonts w:ascii="Calibri Light" w:hAnsi="Calibri Light" w:cs="Calibri Light"/>
          <w:lang w:val="pl-PL"/>
        </w:rPr>
        <w:br/>
        <w:t>- elektroniczny, na adres e-mail: kontakt@rodo-leszno.com.pl;</w:t>
      </w:r>
      <w:r w:rsidRPr="000E51AF">
        <w:rPr>
          <w:rFonts w:ascii="Calibri Light" w:hAnsi="Calibri Light" w:cs="Calibri Light"/>
          <w:lang w:val="pl-PL"/>
        </w:rPr>
        <w:br/>
        <w:t>- telefoniczny: 783 479 791.</w:t>
      </w:r>
    </w:p>
    <w:p w14:paraId="03663275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3. Pani/Pana dane osobowe będą przetwarzane w celu przeprowadzenia procesu rekrutacji na stanowisko niepedagogiczne. Podstawą prawną przetwarzania danych jest art. 6 ust. 1 lit. a i c RODO, w związku z art. 22(1) Kodeksu pracy z dnia 26 czerwca 1974 r. oraz art. 21 ust. 1 ustawy z dnia 13 maja 2016 r. o przeciwdziałaniu zagrożeniom przestępczością na tle seksualnym.</w:t>
      </w:r>
    </w:p>
    <w:p w14:paraId="02AA7139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4. Dane osobowe będą przechowywane przez okres trwania rekrutacji, a następnie przez okres wymagany przepisami prawa, w szczególności ustawą o narodowym zasobie archiwalnym i archiwach oraz innymi przepisami archiwalnymi.</w:t>
      </w:r>
    </w:p>
    <w:p w14:paraId="5FC64C74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5. Dostęp do Pani/Pana danych będą mieć wyłącznie upoważnieni pracownicy administratora w zakresie niezbędnym do realizacji obowiązków. Dane mogą być również udostępniane organom publicznym uprawnionym na podstawie prawa oraz podmiotom, z którymi zawarto umowy powierzenia przetwarzania danych (np. dostawcom usług IT).</w:t>
      </w:r>
    </w:p>
    <w:p w14:paraId="556FF98D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6. W związku z przetwarzaniem danych osobowych przysługują Pani/Panu prawa: dostępu do danych, sprostowania, usunięcia, ograniczenia przetwarzania, przenoszenia danych, wniesienia sprzeciwu wobec przetwarzania, cofnięcia zgody (jeżeli była podstawą przetwarzania) oraz wniesienia skargi do Prezesa Urzędu Ochrony Danych Osobowych.</w:t>
      </w:r>
    </w:p>
    <w:p w14:paraId="43C566EC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lastRenderedPageBreak/>
        <w:t>7. Podanie danych osobowych w zakresie wskazanym w art. 22(1) Kodeksu pracy (imię i nazwisko, imiona rodziców, data urodzenia, adres do korespondencji, wykształcenie, przebieg zatrudnienia) jest obowiązkowe. Numer PESEL oraz nazwisko rodowe są wymagane na podstawie ustawy o przeciwdziałaniu zagrożeniom przestępczością seksualnym. Podanie innych danych jest dobrowolne.</w:t>
      </w:r>
    </w:p>
    <w:p w14:paraId="070A3744" w14:textId="77777777" w:rsidR="00817E27" w:rsidRPr="000E51AF" w:rsidRDefault="00817E27" w:rsidP="00817E27">
      <w:pPr>
        <w:rPr>
          <w:rFonts w:ascii="Calibri Light" w:hAnsi="Calibri Light" w:cs="Calibri Light"/>
          <w:lang w:val="pl-PL"/>
        </w:rPr>
      </w:pPr>
      <w:r w:rsidRPr="000E51AF">
        <w:rPr>
          <w:rFonts w:ascii="Calibri Light" w:hAnsi="Calibri Light" w:cs="Calibri Light"/>
          <w:lang w:val="pl-PL"/>
        </w:rPr>
        <w:t>8. Dane osobowe nie podlegają profilowaniu ani zautomatyzowanemu podejmowaniu decyzji wywołujących skutki prawne.</w:t>
      </w:r>
    </w:p>
    <w:p w14:paraId="1691CE06" w14:textId="77777777" w:rsidR="00817E27" w:rsidRPr="00814035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br/>
        <w:t>KLAUZULA INFORMACYJNA- MONITORING WIZYJNY</w:t>
      </w:r>
    </w:p>
    <w:p w14:paraId="72996C6E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02E1B745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 xml:space="preserve">1. Administratorem danych osobowych pozyskanych w ramach monitoringu wizyjnego jest: Zespół Szkolno-Przedszkolny </w:t>
      </w:r>
      <w:r>
        <w:rPr>
          <w:rFonts w:ascii="Calibri Light" w:hAnsi="Calibri Light" w:cs="Calibri Light"/>
          <w:color w:val="000000" w:themeColor="text1"/>
          <w:lang w:val="pl-PL"/>
        </w:rPr>
        <w:t>w Goniembicach</w:t>
      </w:r>
      <w:r w:rsidRPr="00814035">
        <w:rPr>
          <w:rFonts w:ascii="Calibri Light" w:hAnsi="Calibri Light" w:cs="Calibri Light"/>
          <w:color w:val="000000" w:themeColor="text1"/>
          <w:lang w:val="pl-PL"/>
        </w:rPr>
        <w:t xml:space="preserve">, </w:t>
      </w:r>
      <w:r>
        <w:rPr>
          <w:rFonts w:ascii="Calibri Light" w:hAnsi="Calibri Light" w:cs="Calibri Light"/>
          <w:color w:val="000000" w:themeColor="text1"/>
          <w:lang w:val="pl-PL"/>
        </w:rPr>
        <w:t>Goniembice 30</w:t>
      </w:r>
      <w:r w:rsidRPr="00814035">
        <w:rPr>
          <w:rFonts w:ascii="Calibri Light" w:hAnsi="Calibri Light" w:cs="Calibri Light"/>
          <w:color w:val="000000" w:themeColor="text1"/>
          <w:lang w:val="pl-PL"/>
        </w:rPr>
        <w:t>, 6</w:t>
      </w:r>
      <w:r>
        <w:rPr>
          <w:rFonts w:ascii="Calibri Light" w:hAnsi="Calibri Light" w:cs="Calibri Light"/>
          <w:color w:val="000000" w:themeColor="text1"/>
          <w:lang w:val="pl-PL"/>
        </w:rPr>
        <w:t>4-111 Lipno</w:t>
      </w:r>
      <w:r w:rsidRPr="00814035">
        <w:rPr>
          <w:rFonts w:ascii="Calibri Light" w:hAnsi="Calibri Light" w:cs="Calibri Light"/>
          <w:color w:val="000000" w:themeColor="text1"/>
          <w:lang w:val="pl-PL"/>
        </w:rPr>
        <w:t>, e-mail:</w:t>
      </w:r>
      <w:r>
        <w:rPr>
          <w:rFonts w:ascii="Calibri Light" w:hAnsi="Calibri Light" w:cs="Calibri Light"/>
          <w:color w:val="000000" w:themeColor="text1"/>
          <w:lang w:val="pl-PL"/>
        </w:rPr>
        <w:t xml:space="preserve"> </w:t>
      </w:r>
      <w:hyperlink r:id="rId10" w:tgtFrame="_self" w:history="1">
        <w:r w:rsidRPr="00814035">
          <w:rPr>
            <w:rStyle w:val="Hipercze"/>
            <w:rFonts w:ascii="Calibri Light" w:hAnsi="Calibri Light" w:cs="Calibri Light"/>
            <w:color w:val="auto"/>
            <w:u w:val="none"/>
            <w:lang w:val="pl-PL"/>
          </w:rPr>
          <w:t>zspgoniembice@lipno.pl</w:t>
        </w:r>
      </w:hyperlink>
      <w:r w:rsidRPr="00814035">
        <w:rPr>
          <w:rFonts w:ascii="Calibri Light" w:hAnsi="Calibri Light" w:cs="Calibri Light"/>
          <w:color w:val="000000" w:themeColor="text1"/>
          <w:lang w:val="pl-PL"/>
        </w:rPr>
        <w:t>.</w:t>
      </w:r>
    </w:p>
    <w:p w14:paraId="2840768F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2. Kontakt z Inspektorem Ochrony Danych: kontakt@rodo-leszno.com.pl, tel. 783 479 791.</w:t>
      </w:r>
    </w:p>
    <w:p w14:paraId="4C111109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3. Dane osobowe w postaci wizerunku oraz zdarzeń zarejestrowanych przez system monitoringu są przetwarzane w celu zapewnienia bezpieczeństwa uczniów, pracowników oraz ochrony mienia szkoły.</w:t>
      </w:r>
    </w:p>
    <w:p w14:paraId="45C762E2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4. Podstawą prawną przetwarzania danych jest art. 6 ust. 1 lit. c RODO (obowiązek prawny ciążący na administratorze) w związku z art. 108a ustawy Prawo oświatowe oraz art. 222 Kodeksu pracy.</w:t>
      </w:r>
    </w:p>
    <w:p w14:paraId="0D293F10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5. Dane z monitoringu mogą być udostępniane wyłącznie podmiotom uprawnionym na podstawie przepisów prawa (np. Policja, sądy, organy administracji publicznej).</w:t>
      </w:r>
    </w:p>
    <w:p w14:paraId="0264FCD1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6. Nagrania z monitoringu przechowywane są przez okres nie dłuższy niż 3 miesiące od dnia nagrania, chyba że stanowią dowód w postępowaniu prowadzonym na podstawie prawa – wówczas do czasu prawomocnego zakończenia sprawy.</w:t>
      </w:r>
    </w:p>
    <w:p w14:paraId="774393A5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7. Osobom, których dane dotyczą, przysługuje prawo do: dostępu do danych, ich sprostowania, usunięcia, ograniczenia przetwarzania, wniesienia sprzeciwu oraz skargi do Prezesa Urzędu Ochrony Danych Osobowych.</w:t>
      </w:r>
    </w:p>
    <w:p w14:paraId="76842A36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8. Dane osobowe nie są przekazywane do państw trzecich ani organizacji międzynarodowych.</w:t>
      </w:r>
    </w:p>
    <w:p w14:paraId="47544165" w14:textId="77777777" w:rsidR="00817E27" w:rsidRPr="00814035" w:rsidRDefault="00817E27" w:rsidP="00817E27">
      <w:pPr>
        <w:rPr>
          <w:rFonts w:ascii="Calibri Light" w:hAnsi="Calibri Light" w:cs="Calibri Light"/>
          <w:color w:val="000000" w:themeColor="text1"/>
          <w:lang w:val="pl-PL"/>
        </w:rPr>
      </w:pPr>
      <w:r w:rsidRPr="00814035">
        <w:rPr>
          <w:rFonts w:ascii="Calibri Light" w:hAnsi="Calibri Light" w:cs="Calibri Light"/>
          <w:color w:val="000000" w:themeColor="text1"/>
          <w:lang w:val="pl-PL"/>
        </w:rPr>
        <w:t>9. Dane osobowe nie podlegają profilowaniu ani zautomatyzowanemu podejmowaniu decyzji.</w:t>
      </w:r>
    </w:p>
    <w:p w14:paraId="086C4001" w14:textId="77777777" w:rsidR="00817E27" w:rsidRDefault="00817E27">
      <w:pPr>
        <w:rPr>
          <w:rFonts w:ascii="Calibri Light" w:hAnsi="Calibri Light" w:cs="Calibri Light"/>
          <w:color w:val="000000" w:themeColor="text1"/>
          <w:lang w:val="pl-PL"/>
        </w:rPr>
      </w:pPr>
    </w:p>
    <w:p w14:paraId="44207368" w14:textId="77777777" w:rsidR="00817E27" w:rsidRPr="00216EC9" w:rsidRDefault="00817E27" w:rsidP="00817E27">
      <w:pPr>
        <w:pStyle w:val="Nagwek1"/>
        <w:jc w:val="center"/>
        <w:rPr>
          <w:rFonts w:ascii="Calibri Light" w:hAnsi="Calibri Light" w:cs="Calibri Light"/>
          <w:color w:val="000000" w:themeColor="text1"/>
          <w:lang w:val="pl-PL"/>
        </w:rPr>
      </w:pPr>
      <w:r w:rsidRPr="00216EC9">
        <w:rPr>
          <w:rFonts w:ascii="Calibri Light" w:hAnsi="Calibri Light" w:cs="Calibri Light"/>
          <w:color w:val="000000" w:themeColor="text1"/>
          <w:lang w:val="pl-PL"/>
        </w:rPr>
        <w:lastRenderedPageBreak/>
        <w:t>KLAUZULA INFORMACYJNA - KONTRAHENCI</w:t>
      </w:r>
    </w:p>
    <w:p w14:paraId="2BF827DC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Zgodnie z art. 13 Rozporządzenia Parlamentu Europejskiego i Rady (UE) 2016/679 z dnia 27 kwietnia 2016 r. w sprawie ochrony osób fizycznych w związku z przetwarzaniem danych osobowych i w sprawie swobodnego przepływu takich danych (RODO) informujemy, że:</w:t>
      </w:r>
    </w:p>
    <w:p w14:paraId="6A1DFCE9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 xml:space="preserve">1. Administratorem Pani/Pana danych osobowych jest: Zespół Szkolno-Przedszkolny w Goniembicach, </w:t>
      </w:r>
      <w:r>
        <w:rPr>
          <w:rFonts w:ascii="Calibri Light" w:hAnsi="Calibri Light" w:cs="Calibri Light"/>
          <w:lang w:val="pl-PL"/>
        </w:rPr>
        <w:t>Goniembice 30</w:t>
      </w:r>
      <w:r w:rsidRPr="00216EC9">
        <w:rPr>
          <w:rFonts w:ascii="Calibri Light" w:hAnsi="Calibri Light" w:cs="Calibri Light"/>
          <w:lang w:val="pl-PL"/>
        </w:rPr>
        <w:t>, 6</w:t>
      </w:r>
      <w:r>
        <w:rPr>
          <w:rFonts w:ascii="Calibri Light" w:hAnsi="Calibri Light" w:cs="Calibri Light"/>
          <w:lang w:val="pl-PL"/>
        </w:rPr>
        <w:t>4-111 Lipno</w:t>
      </w:r>
      <w:r w:rsidRPr="00216EC9">
        <w:rPr>
          <w:rFonts w:ascii="Calibri Light" w:hAnsi="Calibri Light" w:cs="Calibri Light"/>
          <w:lang w:val="pl-PL"/>
        </w:rPr>
        <w:t xml:space="preserve">, adres e-mail: </w:t>
      </w:r>
      <w:hyperlink r:id="rId11" w:tgtFrame="_self" w:history="1">
        <w:r w:rsidRPr="00216EC9">
          <w:rPr>
            <w:rStyle w:val="Hipercze"/>
            <w:rFonts w:ascii="Calibri Light" w:hAnsi="Calibri Light" w:cs="Calibri Light"/>
            <w:color w:val="auto"/>
            <w:u w:val="none"/>
            <w:lang w:val="pl-PL"/>
          </w:rPr>
          <w:t>zspgoniembice@lipno.pl</w:t>
        </w:r>
      </w:hyperlink>
      <w:r w:rsidRPr="00216EC9">
        <w:rPr>
          <w:rFonts w:ascii="Calibri Light" w:hAnsi="Calibri Light" w:cs="Calibri Light"/>
          <w:lang w:val="pl-PL"/>
        </w:rPr>
        <w:t>.</w:t>
      </w:r>
    </w:p>
    <w:p w14:paraId="1B7C5641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2. Kontakt z Inspektorem Ochrony Danych możliwy jest w sposób:</w:t>
      </w:r>
      <w:r w:rsidRPr="00216EC9">
        <w:rPr>
          <w:rFonts w:ascii="Calibri Light" w:hAnsi="Calibri Light" w:cs="Calibri Light"/>
          <w:lang w:val="pl-PL"/>
        </w:rPr>
        <w:br/>
        <w:t>- elektroniczny, na adres e-mail: kontakt@rodo-leszno.com.pl;</w:t>
      </w:r>
      <w:r w:rsidRPr="00216EC9">
        <w:rPr>
          <w:rFonts w:ascii="Calibri Light" w:hAnsi="Calibri Light" w:cs="Calibri Light"/>
          <w:lang w:val="pl-PL"/>
        </w:rPr>
        <w:br/>
        <w:t>- telefoniczny: 783 479 791.</w:t>
      </w:r>
    </w:p>
    <w:p w14:paraId="0C05CCC4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3. Pani/Pana dane osobowe będą przetwarzane w celu zawarcia i realizacji umowy oraz wypełnienia obowiązków prawnych związanych z prowadzeniem dokumentacji księgowej i podatkowej, a także w celu realizacji prawnie uzasadnionych interesów administratora, np. dochodzenia roszczeń.</w:t>
      </w:r>
    </w:p>
    <w:p w14:paraId="558D23D0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4. Podstawą prawną przetwarzania danych jest art. 6 ust. 1 lit. b RODO (realizacja umowy), art. 6 ust. 1 lit. c RODO (obowiązek prawny) oraz art. 6 ust. 1 lit. f RODO (prawnie uzasadniony interes administratora).</w:t>
      </w:r>
    </w:p>
    <w:p w14:paraId="22A3CDA3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5. Dane osobowe będą przechowywane przez okres trwania umowy, a po jej zakończeniu przez okres wymagany przepisami prawa, w szczególności podatkowymi i archiwalnymi.</w:t>
      </w:r>
    </w:p>
    <w:p w14:paraId="0114AF59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6. Dostęp do Pani/Pana danych będą mieć upoważnieni pracownicy administratora oraz podmioty współpracujące na podstawie umów powierzenia (np. dostawcy systemów IT, obsługa księgowa), a także organy publiczne uprawnione do uzyskania danych na podstawie przepisów prawa (np. organy podatkowe, banki).</w:t>
      </w:r>
    </w:p>
    <w:p w14:paraId="1197A79A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7. W związku z przetwarzaniem danych osobowych przysługują Pani/Panu prawa: dostępu do danych, sprostowania, usunięcia, ograniczenia przetwarzania, przenoszenia danych, wniesienia sprzeciwu wobec przetwarzania, cofnięcia zgody (jeśli była podstawą przetwarzania) oraz wniesienia skargi do Prezesa Urzędu Ochrony Danych Osobowych.</w:t>
      </w:r>
    </w:p>
    <w:p w14:paraId="02057041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8. Podanie danych osobowych jest dobrowolne, ale niezbędne do zawarcia i realizacji umowy. Brak podania danych może skutkować brakiem możliwości jej zawarcia.</w:t>
      </w:r>
    </w:p>
    <w:p w14:paraId="25B01A29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9. Administrator nie przekazuje danych do państw trzecich ani organizacji międzynarodowych.</w:t>
      </w:r>
    </w:p>
    <w:p w14:paraId="6FE85CFD" w14:textId="77777777" w:rsidR="00817E27" w:rsidRPr="00216EC9" w:rsidRDefault="00817E27" w:rsidP="00817E27">
      <w:pPr>
        <w:rPr>
          <w:rFonts w:ascii="Calibri Light" w:hAnsi="Calibri Light" w:cs="Calibri Light"/>
          <w:lang w:val="pl-PL"/>
        </w:rPr>
      </w:pPr>
      <w:r w:rsidRPr="00216EC9">
        <w:rPr>
          <w:rFonts w:ascii="Calibri Light" w:hAnsi="Calibri Light" w:cs="Calibri Light"/>
          <w:lang w:val="pl-PL"/>
        </w:rPr>
        <w:t>10. Dane osobowe nie podlegają profilowaniu ani zautomatyzowanemu podejmowaniu decyzji wywołujących skutki prawne.</w:t>
      </w:r>
    </w:p>
    <w:p w14:paraId="205A529F" w14:textId="77777777" w:rsidR="00817E27" w:rsidRPr="00A90AE5" w:rsidRDefault="00817E27">
      <w:pPr>
        <w:rPr>
          <w:rFonts w:ascii="Calibri Light" w:hAnsi="Calibri Light" w:cs="Calibri Light"/>
          <w:color w:val="000000" w:themeColor="text1"/>
          <w:lang w:val="pl-PL"/>
        </w:rPr>
      </w:pPr>
    </w:p>
    <w:sectPr w:rsidR="00817E27" w:rsidRPr="00A90AE5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2915889">
    <w:abstractNumId w:val="8"/>
  </w:num>
  <w:num w:numId="2" w16cid:durableId="2094620946">
    <w:abstractNumId w:val="6"/>
  </w:num>
  <w:num w:numId="3" w16cid:durableId="308946450">
    <w:abstractNumId w:val="5"/>
  </w:num>
  <w:num w:numId="4" w16cid:durableId="362632955">
    <w:abstractNumId w:val="4"/>
  </w:num>
  <w:num w:numId="5" w16cid:durableId="1202666989">
    <w:abstractNumId w:val="7"/>
  </w:num>
  <w:num w:numId="6" w16cid:durableId="304361177">
    <w:abstractNumId w:val="3"/>
  </w:num>
  <w:num w:numId="7" w16cid:durableId="475533921">
    <w:abstractNumId w:val="2"/>
  </w:num>
  <w:num w:numId="8" w16cid:durableId="716929252">
    <w:abstractNumId w:val="1"/>
  </w:num>
  <w:num w:numId="9" w16cid:durableId="19510091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A3CCE"/>
    <w:rsid w:val="001307A3"/>
    <w:rsid w:val="0015074B"/>
    <w:rsid w:val="0029639D"/>
    <w:rsid w:val="00326F90"/>
    <w:rsid w:val="006B7969"/>
    <w:rsid w:val="00817E27"/>
    <w:rsid w:val="00870B05"/>
    <w:rsid w:val="00A90AE5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E6F4214"/>
  <w14:defaultImageDpi w14:val="300"/>
  <w15:docId w15:val="{E6BE635B-7ACC-4DEC-A0C9-70B02C4C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C693F"/>
  </w:style>
  <w:style w:type="paragraph" w:styleId="Nagwek1">
    <w:name w:val="heading 1"/>
    <w:basedOn w:val="Normalny"/>
    <w:next w:val="Normalny"/>
    <w:link w:val="Nagwek1Znak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Hipercze">
    <w:name w:val="Hyperlink"/>
    <w:basedOn w:val="Domylnaczcionkaakapitu"/>
    <w:uiPriority w:val="99"/>
    <w:unhideWhenUsed/>
    <w:rsid w:val="00817E2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spgoniembice.pl/kontakt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zspgoniembice.pl/kontakt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spgoniembice.pl/kontakt/" TargetMode="External"/><Relationship Id="rId11" Type="http://schemas.openxmlformats.org/officeDocument/2006/relationships/hyperlink" Target="https://zspgoniembice.pl/kontakt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zspgoniembice.pl/kontakt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zspgoniembice.pl/kontak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1973</Words>
  <Characters>11842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13788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Izabela Kubiak</cp:lastModifiedBy>
  <cp:revision>2</cp:revision>
  <dcterms:created xsi:type="dcterms:W3CDTF">2025-10-29T20:24:00Z</dcterms:created>
  <dcterms:modified xsi:type="dcterms:W3CDTF">2025-10-29T20:24:00Z</dcterms:modified>
  <cp:category/>
</cp:coreProperties>
</file>